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🟡 חט"ב · כיתות ז–ט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🃏 כרטיסי שיטות וכלים – לגזירה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💪 שיטות למידה שעובדות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3"/>
        <w:gridCol w:w="5273"/>
      </w:tblGrid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🧠 שליפה מהזיכרון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סוגרים את המחברת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כותבים כל מה שזוכרים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פותחים ומשלימים בצבע אחר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✅ בוחן עצמי וכרטיסיות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שאלה מצד אחד, תשובה מהשני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ממיינים: "יודע/ת" / "עוד לא"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חוזרים על ערימת ה"עוד לא"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📅 חזרה מרווחת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חוזרים אחרי יום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שוב אחרי 3 ימים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ושוב אחרי שבוע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🗣️ להסביר למישהו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מלמדים חבר/ה או בן/בת משפחה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בלי להציץ בחומר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איפה שנתקעים – חוזרים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🕸️ מפת חשיבה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מושג במרכז, ענפים לרעיונות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ציור קטן לכל ענף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משרטטים שוב מהזיכרון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🔀 תרגול מעורב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מערבבים שאלות מכמה נושאים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כמו במבחן אמיתי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לומדים לזהות איזו דרך מתאימה</w:t>
            </w:r>
          </w:p>
          <w:p>
            <w:pPr>
              <w:bidi w:val="1"/>
              <w:spacing w:after="360"/>
              <w:jc w:val="right"/>
            </w:pPr>
          </w:p>
        </w:tc>
      </w:tr>
    </w:tbl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⏰ כלי זמן וכלי חוסן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3"/>
        <w:gridCol w:w="5273"/>
      </w:tblGrid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🍅 פומודורו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25 דקות ריכוז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5 דקות הפסקה עם תנועה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אחרי 4 סבבים – הפסקה ארוכה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📵 טלפון בחדר אחר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לא רק "על שקט"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הודעות – רק בהפסקה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שום דבר לא בורח ב־25 דקות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🌬️ נשימת קופסה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שואפים 4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עוצרים 4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נושפים 4 · עוצרים 4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💬 דיבור עצמי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"למדתי ואני מוכן/ה"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"שאלה אחת בכל פעם"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"מותר לי לטעות וללמוד"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🖐️ קרקוע 5-4-3-2-1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5 דברים שרואים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4 ששומעים, 3 שנוגעים בהם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2 שמריחים, 1 שטועמים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🎯 מה בשליטתי?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תכנית, שינה, תרגול – בשליטתי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מה ישאלו – לא בשליטתי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מתמקדים במה שבשליטתי</w:t>
            </w:r>
          </w:p>
          <w:p>
            <w:pPr>
              <w:bidi w:val="1"/>
              <w:spacing w:after="360"/>
              <w:jc w:val="right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