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666666"/>
          <w:sz w:val="20"/>
          <w:rtl w:val="1"/>
          <w:szCs w:val="20"/>
        </w:rPr>
        <w:t>🟡 חט"ב · כיתות ז–ט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1F3B73"/>
          <w:sz w:val="36"/>
          <w:rtl w:val="1"/>
          <w:szCs w:val="36"/>
          <w:bCs/>
        </w:rPr>
        <w:t>📅 הלוח השבועי שלי – לקראת שבוע מבחנים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  <w:gridCol w:w="5159"/>
      </w:tblGrid>
      <w:tr>
        <w:tc>
          <w:tcPr>
            <w:tcW w:type="dxa" w:w="515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שבוע: ______________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המטרה שלי השבוע: ______________</w:t>
            </w:r>
          </w:p>
        </w:tc>
      </w:tr>
    </w:tbl>
    <w:p>
      <w:pPr>
        <w:bidi w:val="1"/>
        <w:spacing w:after="0"/>
        <w:jc w:val="right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1935"/>
        <w:gridCol w:w="1935"/>
        <w:gridCol w:w="1935"/>
        <w:gridCol w:w="1935"/>
        <w:gridCol w:w="1935"/>
        <w:gridCol w:w="1935"/>
        <w:gridCol w:w="1935"/>
        <w:gridCol w:w="1935"/>
      </w:tblGrid>
      <w:tr>
        <w:tc>
          <w:tcPr>
            <w:tcW w:type="dxa" w:w="24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ראשון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שני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שלישי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רביעי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חמישי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שישי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מוצ"ש</w:t>
            </w:r>
          </w:p>
        </w:tc>
      </w:tr>
      <w:tr>
        <w:trPr>
          <w:trHeight w:val="1020"/>
        </w:trPr>
        <w:tc>
          <w:tcPr>
            <w:tcW w:type="dxa" w:w="24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📌 מבחנים ומטלות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1020"/>
        </w:trPr>
        <w:tc>
          <w:tcPr>
            <w:tcW w:type="dxa" w:w="24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📖 משימת למידה 1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1020"/>
        </w:trPr>
        <w:tc>
          <w:tcPr>
            <w:tcW w:type="dxa" w:w="24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📖 משימת למידה 2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1020"/>
        </w:trPr>
        <w:tc>
          <w:tcPr>
            <w:tcW w:type="dxa" w:w="24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💪 השיטה שלי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1020"/>
        </w:trPr>
        <w:tc>
          <w:tcPr>
            <w:tcW w:type="dxa" w:w="24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🍅 כמה פומודורו?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1020"/>
        </w:trPr>
        <w:tc>
          <w:tcPr>
            <w:tcW w:type="dxa" w:w="24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✔ בוצע?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7739"/>
        <w:gridCol w:w="7739"/>
      </w:tblGrid>
      <w:tr>
        <w:tc>
          <w:tcPr>
            <w:tcW w:type="dxa" w:w="77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🦹 גנב הזמן שלי השבוע: ______________</w:t>
            </w:r>
          </w:p>
        </w:tc>
        <w:tc>
          <w:tcPr>
            <w:tcW w:type="dxa" w:w="77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איך אעצור אותו: ______________</w:t>
            </w:r>
          </w:p>
        </w:tc>
      </w:tr>
    </w:tbl>
    <w:p>
      <w:pPr>
        <w:bidi w:val="1"/>
        <w:spacing w:after="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7739"/>
        <w:gridCol w:w="7739"/>
      </w:tblGrid>
      <w:tr>
        <w:tc>
          <w:tcPr>
            <w:tcW w:type="dxa" w:w="77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🌬️ מה אעשה ברגע של לחץ: ______________</w:t>
            </w:r>
          </w:p>
        </w:tc>
        <w:tc>
          <w:tcPr>
            <w:tcW w:type="dxa" w:w="77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🎁 התגמול שלי בסוף השבוע: ______________</w:t>
            </w:r>
          </w:p>
        </w:tc>
      </w:tr>
    </w:tbl>
    <w:p>
      <w:pPr>
        <w:bidi w:val="1"/>
        <w:spacing w:after="0"/>
        <w:jc w:val="right"/>
      </w:pP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7A4B00"/>
          <w:sz w:val="22"/>
          <w:rtl w:val="1"/>
          <w:szCs w:val="22"/>
        </w:rPr>
        <w:t>💡 לא לשכוח: שליפה מהזיכרון בסוף כל משימה · חזרה מרווחת · שינה טובה</w:t>
      </w:r>
    </w:p>
    <w:sectPr w:rsidR="00FC693F" w:rsidRPr="0006063C" w:rsidSect="00034616">
      <w:footerReference w:type="default" r:id="rId9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 · מתכננים, לומדים, מצליחים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