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666666"/>
          <w:sz w:val="20"/>
          <w:rtl w:val="1"/>
          <w:szCs w:val="20"/>
        </w:rPr>
        <w:t>🟡 חט"ב · כיתות ז–ט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3B73"/>
          <w:sz w:val="36"/>
          <w:rtl w:val="1"/>
          <w:szCs w:val="36"/>
          <w:bCs/>
        </w:rPr>
        <w:t>👩‍🏫 מערך שיעור – מתכננים, לומדים, מצליחים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🟡 חט"ב (כיתות ז–ט) · לקראת שבוע מבחנים · המצגת והפעילויות: lomdim-lemivchan.sites.tab.bot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לזהות את "גנבי הזמן" ולבחור כלי אחד נגדם.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לבנות תכנית למידה לאחור מתאריך מבחן אמיתי.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להכיר שיטות למידה מבוססות מחקר ולהתנסות באחת.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לתרגל כלי חוסן להתמודדות עם לחץ מבחנים.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⏱️ שיעור של 45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2636"/>
        <w:gridCol w:w="2636"/>
        <w:gridCol w:w="2636"/>
        <w:gridCol w:w="2636"/>
      </w:tblGrid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דקות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שלב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מה עושים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חומרים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0–5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פתיחה וסקר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1–2: הצבעה "איך אני לומד/ת למבחן?" וחשיפת התשובה.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מקרן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5–12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גנבי הזמן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שקופית 4 + חידון "גנבי הזמן" על המקרן, בשתי קבוצות. כל תלמיד/ה בוחר/ת את הגנב שלו/ה.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חידון באתר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12–22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מתכננים לאחור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6–7: הדגמה במתכנן על מבחן אמיתי של הכיתה. התלמידים בונים תכנית בטלפון או ב"לוח ספירה לאחור".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מתכנן / דף ספירה לאחור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22–32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שיטות שעובדות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9–10. התנסות: דקה וחצי – כותבים מהזיכרון כל מה שלמדנו עד עכשיו בשיעור, ובודקים בזוגות. אחר כך "מתאימים שיטה" בזוגות.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משחק "מתאימים שיטה"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32–40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לחץ וחוסן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שקופית 13: 3 סבבי נשימת קופסה עם העיגול שעל המסך, ומשפט דיבור עצמי אישי.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מקרן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40–45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מחויבות וסיכום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14–15: כל תלמיד/ה כותב/ת מחויבות (חלק א' בדף הרפלקציה). כרטיס יציאה.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דף רפלקציה</w:t>
            </w:r>
          </w:p>
        </w:tc>
      </w:tr>
    </w:tbl>
    <w:p>
      <w:pPr>
        <w:bidi w:val="1"/>
        <w:spacing w:after="0"/>
        <w:jc w:val="right"/>
      </w:pPr>
    </w:p>
    <w:p>
      <w:r>
        <w:br w:type="page"/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⏱️ שיעור כפול – 90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2636"/>
        <w:gridCol w:w="2636"/>
        <w:gridCol w:w="2636"/>
        <w:gridCol w:w="2636"/>
      </w:tblGrid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דקות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שלב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מה עושים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חומרים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0–8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פתיחה וסקר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1–3: סקר, חשיפה ועקומת השכחה. שאלה: "מתי שכחתם משהו שלמדתם היטב?"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מקרן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8–20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גנבי הזמן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שקופית 4 + חידון בקבוצות (נקודות לקבוצה). דיון קצר: איזה גנב הכי נפוץ בכיתה?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חידון באתר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20–30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עוגת היום שלי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שקופית 5: כל אחד/ת ממלא/ת את העוגה בטלפון (או משרטט/ת על דף). שיתוף בזוגות: מה הפתיע אותי?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עוגת הזמן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30–45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תכנון לאחור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6–7: הדגמה, ואז כל תלמיד/ה בונה תכנית למבחן הקרוב במתכנן או ב"לוח ספירה לאחור". לחלק גם את הלוח השבועי.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מתכנן / דפים להדפסה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45–50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הפסקת תנועה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"פומודורו בכיתה": קמים, נושמים, שותים מים – מדגימים הפסקה טובה (שקופית 8).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—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50–65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תחנות שיטות למידה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9–10. ארבע תחנות עם כרטיסי השיטות: שליפה, כרטיסיות, להסביר לחבר/ה, מפת חשיבה – על חומר אמיתי מהמבחן הקרוב. אחר כך "מתאימים שיטה".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כרטיסי שיטות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65–72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שאלון העדפות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שקופית 11: שאלון קצר בטלפון. דגש: העדפה ≠ גורל, ובכל העדפה משלבים את השיטות החזקות.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שאלון באתר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72–80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יום המבחן ולחץ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12–13: טיפים ליום המבחן, נשימת קופסה יחד ומשפטי דיבור עצמי.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מקרן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80–90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"המבחן שלי" ומחויבות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דף "המבחן שלי" (באתר או מודפס) + שקופית 14: מחויבות אישית. כרטיס יציאה.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דף רפלקציה</w:t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🔬 רקע מחקרי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שליפה ובוחן עצמי מחזקים זיכרון יותר מקריאה חוזרת (Roediger &amp; Karpicke, 2006).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חזרה מרווחת משפרת שימור לעומת למידה מרוכזת (Cepeda ועמיתים, 2006).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בוחן עצמי וחזרה מרווחת דורגו כיעילים ביותר; הדגשה וקריאה חוזרת – כיעילים פחות (Dunlosky ועמיתים, 2013).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לא נמצאו ראיות שהתאמת ההוראה ל"סגנון למידה" משפרת הישגים (Pashler ועמיתים, 2008) – לכן מציגים העדפות ומשלבים שיטות מוכחות.</w:t>
      </w:r>
    </w:p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 · מתכננים, לומדים, מצליחים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