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🟡 חט"ב · כיתות ז–ט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⏳ ספירה לאחור – המבחן שלי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מקצוע: ______________</w:t>
            </w:r>
          </w:p>
        </w:tc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תאריך המבחן: ______________</w:t>
            </w:r>
          </w:p>
        </w:tc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מתחילים ב־: ______________</w:t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🚦 הנושאים שלי – רמזור לפני ואחרי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3515"/>
        <w:gridCol w:w="3515"/>
        <w:gridCol w:w="3515"/>
      </w:tblGrid>
      <w:t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הנושא</w:t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לפני: 🟢🟡🔴</w:t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אחרי: 🟢🟡🔴</w:t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6327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1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📆 התכנית – מתכננים לאחור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</w:tblPr>
      <w:tblGrid>
        <w:gridCol w:w="2109"/>
        <w:gridCol w:w="2109"/>
        <w:gridCol w:w="2109"/>
        <w:gridCol w:w="2109"/>
        <w:gridCol w:w="2109"/>
      </w:tblGrid>
      <w:t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ימים למבחן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תאריך</w:t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מה לומדים (נושא)</w:t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שיטה</w:t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✔</w:t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10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9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8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7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6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5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4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3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2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rPr>
          <w:trHeight w:val="454"/>
        </w:trPr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ערב לפני 🌙</w:t>
            </w:r>
          </w:p>
        </w:tc>
        <w:tc>
          <w:tcPr>
            <w:tcW w:type="dxa" w:w="1371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464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2320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8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7A4B00"/>
          <w:sz w:val="22"/>
          <w:rtl w:val="1"/>
          <w:szCs w:val="22"/>
        </w:rPr>
        <w:t>📝 יום לפני האחרון: בוחן עצמי על כל החומר · ערב לפני: חזרה קלה, תיק מוכן ושינה</w:t>
      </w:r>
    </w:p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